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B44" w:rsidRPr="00324B44" w:rsidRDefault="00324B44" w:rsidP="00324B44">
      <w:pPr>
        <w:spacing w:before="40" w:after="40"/>
        <w:jc w:val="center"/>
        <w:rPr>
          <w:rFonts w:eastAsia="MS Mincho" w:cs="Times New Roman"/>
          <w:b/>
          <w:i/>
          <w:color w:val="B1872F"/>
          <w:sz w:val="32"/>
          <w:szCs w:val="32"/>
          <w:lang w:val="fr-CM"/>
        </w:rPr>
      </w:pPr>
      <w:r w:rsidRPr="00324B44">
        <w:rPr>
          <w:rFonts w:eastAsia="MS Mincho" w:cs="Times New Roman"/>
          <w:b/>
          <w:i/>
          <w:color w:val="B1872F"/>
          <w:sz w:val="32"/>
          <w:szCs w:val="32"/>
          <w:lang w:val="fr-CM"/>
        </w:rPr>
        <w:t xml:space="preserve">Ministère International Chrétien pour le Réveil des Nations </w:t>
      </w:r>
    </w:p>
    <w:p w:rsidR="00324B44" w:rsidRPr="00324B44" w:rsidRDefault="00324B44" w:rsidP="00324B44">
      <w:pPr>
        <w:spacing w:before="40" w:after="40"/>
        <w:jc w:val="center"/>
        <w:rPr>
          <w:rFonts w:eastAsia="MS Mincho" w:cs="Times New Roman"/>
          <w:b/>
          <w:i/>
          <w:color w:val="B1872F"/>
          <w:sz w:val="36"/>
          <w:szCs w:val="36"/>
          <w:lang w:val="fr-CM"/>
        </w:rPr>
      </w:pPr>
      <w:r w:rsidRPr="00324B44">
        <w:rPr>
          <w:rFonts w:eastAsia="MS Mincho" w:cs="Times New Roman"/>
          <w:b/>
          <w:i/>
          <w:color w:val="B1872F"/>
          <w:sz w:val="36"/>
          <w:szCs w:val="36"/>
          <w:lang w:val="fr-CM"/>
        </w:rPr>
        <w:t>‘‘MIC-RENA’’</w:t>
      </w:r>
    </w:p>
    <w:p w:rsidR="00324B44" w:rsidRPr="00324B44" w:rsidRDefault="00324B44" w:rsidP="00324B44">
      <w:pPr>
        <w:spacing w:before="40" w:after="40"/>
        <w:rPr>
          <w:rFonts w:eastAsia="MS Mincho" w:cs="Times New Roman"/>
          <w:b/>
          <w:color w:val="B1872F"/>
          <w:sz w:val="18"/>
          <w:lang w:val="fr-CM"/>
        </w:rPr>
      </w:pPr>
    </w:p>
    <w:p w:rsidR="00324B44" w:rsidRPr="00324B44" w:rsidRDefault="00324B44" w:rsidP="00324B44">
      <w:pPr>
        <w:spacing w:before="40" w:after="40"/>
        <w:jc w:val="center"/>
        <w:rPr>
          <w:rFonts w:eastAsia="MS Mincho" w:cs="Times New Roman"/>
          <w:b/>
          <w:color w:val="B1872F"/>
          <w:sz w:val="18"/>
          <w:lang w:val="fr-CM"/>
        </w:rPr>
      </w:pPr>
    </w:p>
    <w:p w:rsidR="00324B44" w:rsidRPr="00324B44" w:rsidRDefault="00324B44" w:rsidP="00324B44">
      <w:pPr>
        <w:spacing w:before="40" w:after="40"/>
        <w:jc w:val="center"/>
        <w:rPr>
          <w:rFonts w:eastAsia="MS Mincho" w:cs="Times New Roman"/>
          <w:color w:val="C00000"/>
          <w:sz w:val="28"/>
          <w:szCs w:val="28"/>
          <w:lang w:val="fr-CM"/>
        </w:rPr>
      </w:pPr>
      <w:r w:rsidRPr="00324B44">
        <w:rPr>
          <w:rFonts w:eastAsia="MS Mincho" w:cs="Times New Roman"/>
          <w:b/>
          <w:color w:val="C00000"/>
          <w:sz w:val="28"/>
          <w:szCs w:val="28"/>
          <w:lang w:val="fr-CM"/>
        </w:rPr>
        <w:t>LES TRAITÉS</w:t>
      </w:r>
      <w:r w:rsidRPr="00107231">
        <w:rPr>
          <w:rFonts w:eastAsia="MS Mincho" w:cs="Times New Roman"/>
          <w:b/>
          <w:color w:val="C00000"/>
          <w:sz w:val="28"/>
          <w:szCs w:val="28"/>
          <w:lang w:val="fr-CM"/>
        </w:rPr>
        <w:t xml:space="preserve"> ÉVANGÉLIQUES</w:t>
      </w:r>
    </w:p>
    <w:p w:rsidR="00324B44" w:rsidRPr="00324B44" w:rsidRDefault="00324B44" w:rsidP="00324B44">
      <w:pPr>
        <w:spacing w:after="20"/>
        <w:jc w:val="center"/>
        <w:rPr>
          <w:rFonts w:eastAsia="MS Mincho" w:cs="Times New Roman"/>
          <w:b/>
          <w:color w:val="691827"/>
          <w:sz w:val="24"/>
          <w:szCs w:val="24"/>
          <w:lang w:val="fr-CM"/>
        </w:rPr>
      </w:pPr>
      <w:r w:rsidRPr="00324B44">
        <w:rPr>
          <w:rFonts w:eastAsia="MS Mincho" w:cs="Times New Roman"/>
          <w:b/>
          <w:color w:val="691827"/>
          <w:sz w:val="24"/>
          <w:szCs w:val="24"/>
          <w:lang w:val="fr-CM"/>
        </w:rPr>
        <w:t>‘‘LA CONVERSION DU CŒUR’’ TOME II</w:t>
      </w:r>
    </w:p>
    <w:p w:rsidR="00324B44" w:rsidRPr="00324B44" w:rsidRDefault="00324B44" w:rsidP="00324B44">
      <w:pPr>
        <w:spacing w:after="20"/>
        <w:jc w:val="center"/>
        <w:rPr>
          <w:rFonts w:eastAsia="MS Mincho" w:cs="Times New Roman"/>
          <w:lang w:val="fr-CM"/>
        </w:rPr>
      </w:pPr>
    </w:p>
    <w:p w:rsidR="00324B44" w:rsidRPr="00324B44" w:rsidRDefault="00324B44" w:rsidP="00324B44">
      <w:pPr>
        <w:spacing w:after="20"/>
        <w:jc w:val="center"/>
        <w:rPr>
          <w:rFonts w:eastAsia="MS Mincho" w:cs="Times New Roman"/>
          <w:b/>
          <w:i/>
          <w:color w:val="691827"/>
          <w:sz w:val="26"/>
          <w:szCs w:val="26"/>
          <w:lang w:val="fr-CM"/>
        </w:rPr>
      </w:pPr>
      <w:r w:rsidRPr="00324B44">
        <w:rPr>
          <w:rFonts w:eastAsia="MS Mincho" w:cs="Times New Roman"/>
          <w:b/>
          <w:i/>
          <w:color w:val="691827"/>
          <w:sz w:val="26"/>
          <w:szCs w:val="26"/>
          <w:lang w:val="fr-CM"/>
        </w:rPr>
        <w:t>Série 1 — Comprendre l’œuvre</w:t>
      </w:r>
      <w:r w:rsidRPr="00324B44">
        <w:rPr>
          <w:rFonts w:eastAsia="MS Mincho" w:cs="Times New Roman"/>
          <w:b/>
          <w:i/>
          <w:color w:val="691827"/>
          <w:sz w:val="26"/>
          <w:szCs w:val="26"/>
          <w:lang w:val="fr-CM"/>
        </w:rPr>
        <w:br/>
        <w:t>de transformation intérieure</w:t>
      </w:r>
    </w:p>
    <w:p w:rsidR="00324B44" w:rsidRPr="00324B44" w:rsidRDefault="00324B44" w:rsidP="00324B44">
      <w:pPr>
        <w:spacing w:after="20"/>
        <w:jc w:val="center"/>
        <w:rPr>
          <w:rFonts w:eastAsia="MS Mincho" w:cs="Times New Roman"/>
          <w:lang w:val="fr-CM"/>
        </w:rPr>
      </w:pPr>
    </w:p>
    <w:p w:rsidR="00324B44" w:rsidRPr="00324B44" w:rsidRDefault="00324B44" w:rsidP="00324B44">
      <w:pPr>
        <w:spacing w:after="180"/>
        <w:jc w:val="center"/>
        <w:rPr>
          <w:rFonts w:eastAsia="MS Mincho" w:cs="Times New Roman"/>
          <w:color w:val="FF0000"/>
          <w:sz w:val="22"/>
          <w:lang w:val="fr-CM"/>
        </w:rPr>
      </w:pPr>
      <w:r w:rsidRPr="00324B44">
        <w:rPr>
          <w:rFonts w:eastAsia="MS Mincho" w:cs="Times New Roman"/>
          <w:b/>
          <w:color w:val="FF0000"/>
          <w:sz w:val="22"/>
          <w:lang w:val="fr-CM"/>
        </w:rPr>
        <w:t>TRAITÉ N° 0</w:t>
      </w:r>
      <w:r>
        <w:rPr>
          <w:rFonts w:eastAsia="MS Mincho" w:cs="Times New Roman"/>
          <w:b/>
          <w:color w:val="FF0000"/>
          <w:sz w:val="22"/>
          <w:lang w:val="fr-CM"/>
        </w:rPr>
        <w:t>4</w:t>
      </w:r>
    </w:p>
    <w:p w:rsidR="00757515" w:rsidRPr="00324B44" w:rsidRDefault="00107231">
      <w:pPr>
        <w:spacing w:after="20"/>
        <w:jc w:val="center"/>
        <w:rPr>
          <w:lang w:val="fr-CM"/>
        </w:rPr>
      </w:pPr>
      <w:r w:rsidRPr="00324B44">
        <w:rPr>
          <w:b/>
          <w:color w:val="691827"/>
          <w:sz w:val="34"/>
          <w:lang w:val="fr-CM"/>
        </w:rPr>
        <w:t>VOS PENSÉES</w:t>
      </w:r>
    </w:p>
    <w:p w:rsidR="00757515" w:rsidRPr="00324B44" w:rsidRDefault="00107231">
      <w:pPr>
        <w:spacing w:after="20"/>
        <w:jc w:val="center"/>
        <w:rPr>
          <w:lang w:val="fr-CM"/>
        </w:rPr>
      </w:pPr>
      <w:r w:rsidRPr="00324B44">
        <w:rPr>
          <w:b/>
          <w:color w:val="691827"/>
          <w:sz w:val="34"/>
          <w:lang w:val="fr-CM"/>
        </w:rPr>
        <w:t>DIRIGENT-ELLES</w:t>
      </w:r>
    </w:p>
    <w:p w:rsidR="00757515" w:rsidRPr="00324B44" w:rsidRDefault="00107231">
      <w:pPr>
        <w:spacing w:after="120"/>
        <w:jc w:val="center"/>
        <w:rPr>
          <w:lang w:val="fr-CM"/>
        </w:rPr>
      </w:pPr>
      <w:r w:rsidRPr="00324B44">
        <w:rPr>
          <w:b/>
          <w:color w:val="691827"/>
          <w:sz w:val="34"/>
          <w:lang w:val="fr-CM"/>
        </w:rPr>
        <w:t>VOTRE VIE ?</w:t>
      </w:r>
    </w:p>
    <w:p w:rsidR="00757515" w:rsidRPr="00324B44" w:rsidRDefault="00757515">
      <w:pPr>
        <w:pBdr>
          <w:bottom w:val="single" w:sz="64" w:space="1" w:color="B1872F"/>
        </w:pBdr>
        <w:spacing w:after="60"/>
        <w:rPr>
          <w:lang w:val="fr-CM"/>
        </w:rPr>
      </w:pPr>
    </w:p>
    <w:p w:rsidR="00757515" w:rsidRPr="00324B44" w:rsidRDefault="00107231">
      <w:pPr>
        <w:spacing w:after="200"/>
        <w:jc w:val="center"/>
        <w:rPr>
          <w:lang w:val="fr-CM"/>
        </w:rPr>
      </w:pPr>
      <w:r w:rsidRPr="00324B44">
        <w:rPr>
          <w:i/>
          <w:sz w:val="19"/>
          <w:lang w:val="fr-CM"/>
        </w:rPr>
        <w:t>Ce que vous accueillez dans votre intelligence influence vos choix et votre conduite</w:t>
      </w:r>
    </w:p>
    <w:p w:rsidR="00757515" w:rsidRPr="00324B44" w:rsidRDefault="00107231">
      <w:pPr>
        <w:pStyle w:val="ScriptureQuote"/>
        <w:jc w:val="center"/>
        <w:rPr>
          <w:lang w:val="fr-CM"/>
        </w:rPr>
      </w:pPr>
      <w:r w:rsidRPr="00324B44">
        <w:rPr>
          <w:b/>
          <w:lang w:val="fr-CM"/>
        </w:rPr>
        <w:t xml:space="preserve">« </w:t>
      </w:r>
      <w:r w:rsidRPr="00324B44">
        <w:rPr>
          <w:b/>
          <w:lang w:val="fr-CM"/>
        </w:rPr>
        <w:t>Soyez transformés par le renouvellement de l’intelligence. »</w:t>
      </w:r>
      <w:r w:rsidRPr="00324B44">
        <w:rPr>
          <w:color w:val="675E58"/>
          <w:sz w:val="14"/>
          <w:lang w:val="fr-CM"/>
        </w:rPr>
        <w:br/>
        <w:t>Romains 12 :2</w:t>
      </w:r>
    </w:p>
    <w:p w:rsidR="00757515" w:rsidRPr="00107231" w:rsidRDefault="00107231">
      <w:pPr>
        <w:spacing w:before="200" w:after="0"/>
        <w:jc w:val="center"/>
        <w:rPr>
          <w:color w:val="C00000"/>
          <w:lang w:val="fr-CM"/>
        </w:rPr>
      </w:pPr>
      <w:r w:rsidRPr="00107231">
        <w:rPr>
          <w:b/>
          <w:color w:val="C00000"/>
          <w:sz w:val="17"/>
          <w:lang w:val="fr-CM"/>
        </w:rPr>
        <w:t>MIC-RENA ÉDITION</w:t>
      </w:r>
    </w:p>
    <w:p w:rsidR="00757515" w:rsidRPr="00324B44" w:rsidRDefault="00107231">
      <w:pPr>
        <w:rPr>
          <w:lang w:val="fr-CM"/>
        </w:rPr>
      </w:pPr>
      <w:r w:rsidRPr="00324B44">
        <w:rPr>
          <w:lang w:val="fr-CM"/>
        </w:rPr>
        <w:br w:type="page"/>
      </w:r>
    </w:p>
    <w:p w:rsidR="00324B44" w:rsidRPr="00107231" w:rsidRDefault="00107231" w:rsidP="00324B44">
      <w:pPr>
        <w:pStyle w:val="Heading1"/>
        <w:numPr>
          <w:ilvl w:val="0"/>
          <w:numId w:val="10"/>
        </w:numPr>
        <w:rPr>
          <w:color w:val="C00000"/>
          <w:lang w:val="fr-CM"/>
        </w:rPr>
      </w:pPr>
      <w:r w:rsidRPr="00107231">
        <w:rPr>
          <w:color w:val="C00000"/>
          <w:lang w:val="fr-CM"/>
        </w:rPr>
        <w:lastRenderedPageBreak/>
        <w:t>VOS PENSÉES NE SONT PAS SANS CONSÉQUENCE</w:t>
      </w:r>
      <w:bookmarkStart w:id="0" w:name="_GoBack"/>
      <w:bookmarkEnd w:id="0"/>
    </w:p>
    <w:p w:rsidR="00757515" w:rsidRPr="00324B44" w:rsidRDefault="00107231">
      <w:pPr>
        <w:spacing w:after="40"/>
        <w:rPr>
          <w:lang w:val="fr-CM"/>
        </w:rPr>
      </w:pPr>
      <w:r w:rsidRPr="00324B44">
        <w:rPr>
          <w:lang w:val="fr-CM"/>
        </w:rPr>
        <w:t>U</w:t>
      </w:r>
      <w:r w:rsidRPr="00324B44">
        <w:rPr>
          <w:lang w:val="fr-CM"/>
        </w:rPr>
        <w:t>ne pensée peut sembler invisible et sans importance. Pourtant, lorsqu’elle est accueillie, répétée et entretenue, ell</w:t>
      </w:r>
      <w:r w:rsidRPr="00324B44">
        <w:rPr>
          <w:lang w:val="fr-CM"/>
        </w:rPr>
        <w:t>e influence progressivement les émotions, les décisions, les paroles et les comportements.</w:t>
      </w:r>
    </w:p>
    <w:p w:rsidR="00757515" w:rsidRPr="00324B44" w:rsidRDefault="00107231">
      <w:pPr>
        <w:spacing w:after="40"/>
        <w:rPr>
          <w:lang w:val="fr-CM"/>
        </w:rPr>
      </w:pPr>
      <w:r w:rsidRPr="00324B44">
        <w:rPr>
          <w:lang w:val="fr-CM"/>
        </w:rPr>
        <w:t>Une pensée fausse sur Dieu peut produire la méfiance. Une pensée orgueilleuse peut rendre la correction insupportable. Une pensée de rejet peut nourrir la peur ou l’</w:t>
      </w:r>
      <w:r w:rsidRPr="00324B44">
        <w:rPr>
          <w:lang w:val="fr-CM"/>
        </w:rPr>
        <w:t>amertume. Une pensée impure entretenue prépare une conduite contraire à la sainteté.</w:t>
      </w:r>
    </w:p>
    <w:p w:rsidR="00757515" w:rsidRPr="00324B44" w:rsidRDefault="00107231">
      <w:pPr>
        <w:spacing w:after="40"/>
        <w:rPr>
          <w:lang w:val="fr-CM"/>
        </w:rPr>
      </w:pPr>
      <w:r w:rsidRPr="00324B44">
        <w:rPr>
          <w:lang w:val="fr-CM"/>
        </w:rPr>
        <w:t>Toutes les pensées qui traversent l’esprit ne définissent pas la personne. La tentation peut proposer une pensée. Le monde peut exercer une pression. Un souvenir peut resu</w:t>
      </w:r>
      <w:r w:rsidRPr="00324B44">
        <w:rPr>
          <w:lang w:val="fr-CM"/>
        </w:rPr>
        <w:t>rgir. Mais le croyant demeure responsable de ce qu’il accepte, nourrit et met en pratique.</w:t>
      </w:r>
    </w:p>
    <w:p w:rsidR="00757515" w:rsidRPr="00324B44" w:rsidRDefault="00107231">
      <w:pPr>
        <w:pStyle w:val="ScriptureQuote"/>
        <w:jc w:val="center"/>
        <w:rPr>
          <w:lang w:val="fr-CM"/>
        </w:rPr>
      </w:pPr>
      <w:r w:rsidRPr="00324B44">
        <w:rPr>
          <w:b/>
          <w:lang w:val="fr-CM"/>
        </w:rPr>
        <w:t>« Garde ton cœur plus que toute autre chose, car de lui viennent les sources de la vie. »</w:t>
      </w:r>
      <w:r w:rsidRPr="00324B44">
        <w:rPr>
          <w:color w:val="675E58"/>
          <w:sz w:val="14"/>
          <w:lang w:val="fr-CM"/>
        </w:rPr>
        <w:br/>
        <w:t>Proverbes 4 :23</w:t>
      </w:r>
    </w:p>
    <w:p w:rsidR="00757515" w:rsidRPr="00107231" w:rsidRDefault="00107231">
      <w:pPr>
        <w:spacing w:before="60" w:after="40"/>
        <w:jc w:val="center"/>
        <w:rPr>
          <w:color w:val="C00000"/>
          <w:lang w:val="fr-CM"/>
        </w:rPr>
      </w:pPr>
      <w:r w:rsidRPr="00107231">
        <w:rPr>
          <w:b/>
          <w:color w:val="C00000"/>
          <w:sz w:val="17"/>
          <w:lang w:val="fr-CM"/>
        </w:rPr>
        <w:t>UNE PENSÉE ACCUEILLIE PEUT DEVENIR UNE DIRECTION.</w:t>
      </w:r>
    </w:p>
    <w:p w:rsidR="00757515" w:rsidRPr="00107231" w:rsidRDefault="00757515" w:rsidP="00324B44">
      <w:pPr>
        <w:spacing w:after="0"/>
        <w:jc w:val="right"/>
        <w:rPr>
          <w:color w:val="C00000"/>
          <w:lang w:val="fr-CM"/>
        </w:rPr>
      </w:pPr>
    </w:p>
    <w:p w:rsidR="00324B44" w:rsidRPr="00107231" w:rsidRDefault="00107231" w:rsidP="00324B44">
      <w:pPr>
        <w:pStyle w:val="Heading1"/>
        <w:numPr>
          <w:ilvl w:val="0"/>
          <w:numId w:val="10"/>
        </w:numPr>
        <w:rPr>
          <w:color w:val="C00000"/>
          <w:lang w:val="fr-CM"/>
        </w:rPr>
      </w:pPr>
      <w:r w:rsidRPr="00107231">
        <w:rPr>
          <w:color w:val="C00000"/>
          <w:lang w:val="fr-CM"/>
        </w:rPr>
        <w:t>DISCERNEZ L’ORIGINE ET LA NATURE DE VOS PENSÉES</w:t>
      </w:r>
    </w:p>
    <w:p w:rsidR="00757515" w:rsidRPr="00324B44" w:rsidRDefault="00107231">
      <w:pPr>
        <w:spacing w:after="40"/>
        <w:rPr>
          <w:lang w:val="fr-CM"/>
        </w:rPr>
      </w:pPr>
      <w:r w:rsidRPr="00324B44">
        <w:rPr>
          <w:lang w:val="fr-CM"/>
        </w:rPr>
        <w:t>U</w:t>
      </w:r>
      <w:r w:rsidRPr="00324B44">
        <w:rPr>
          <w:lang w:val="fr-CM"/>
        </w:rPr>
        <w:t>ne pensée peut provenir d’une information reçue, d’une habitude ancienne, d’un désir de la chair, d’une blessure, d’une pression extérieure ou d’une tentation. Elle peut aussi être éclairée par la vérité bib</w:t>
      </w:r>
      <w:r w:rsidRPr="00324B44">
        <w:rPr>
          <w:lang w:val="fr-CM"/>
        </w:rPr>
        <w:t>lique et l’action du Saint-Esprit.</w:t>
      </w:r>
    </w:p>
    <w:p w:rsidR="00324B44" w:rsidRPr="00107231" w:rsidRDefault="00107231" w:rsidP="00324B44">
      <w:pPr>
        <w:pStyle w:val="Heading2"/>
        <w:numPr>
          <w:ilvl w:val="1"/>
          <w:numId w:val="10"/>
        </w:numPr>
        <w:rPr>
          <w:color w:val="C00000"/>
          <w:lang w:val="fr-CM"/>
        </w:rPr>
      </w:pPr>
      <w:r w:rsidRPr="00107231">
        <w:rPr>
          <w:color w:val="C00000"/>
          <w:lang w:val="fr-CM"/>
        </w:rPr>
        <w:t>TOUTE PENSÉE DOIT ÊTRE EXAMINÉE</w:t>
      </w:r>
    </w:p>
    <w:p w:rsidR="00757515" w:rsidRPr="00324B44" w:rsidRDefault="00107231">
      <w:pPr>
        <w:spacing w:after="40"/>
        <w:rPr>
          <w:lang w:val="fr-CM"/>
        </w:rPr>
      </w:pPr>
      <w:r w:rsidRPr="00324B44">
        <w:rPr>
          <w:lang w:val="fr-CM"/>
        </w:rPr>
        <w:t>N</w:t>
      </w:r>
      <w:r w:rsidRPr="00324B44">
        <w:rPr>
          <w:lang w:val="fr-CM"/>
        </w:rPr>
        <w:t>e jugez pas une pensée vraie simplement parce qu’elle est forte, répétitive ou accompagnée d’une émotion intense. Comparez-la avec les Saintes Écritures et le caractère du Seigneur Jé</w:t>
      </w:r>
      <w:r w:rsidRPr="00324B44">
        <w:rPr>
          <w:lang w:val="fr-CM"/>
        </w:rPr>
        <w:t>sus Christ.</w:t>
      </w:r>
    </w:p>
    <w:p w:rsidR="00324B44" w:rsidRPr="00107231" w:rsidRDefault="00107231" w:rsidP="00324B44">
      <w:pPr>
        <w:pStyle w:val="Heading2"/>
        <w:numPr>
          <w:ilvl w:val="1"/>
          <w:numId w:val="10"/>
        </w:numPr>
        <w:rPr>
          <w:color w:val="C00000"/>
          <w:lang w:val="fr-CM"/>
        </w:rPr>
      </w:pPr>
      <w:r w:rsidRPr="00107231">
        <w:rPr>
          <w:color w:val="C00000"/>
          <w:lang w:val="fr-CM"/>
        </w:rPr>
        <w:t>REFUSEZ LE MENSONGE</w:t>
      </w:r>
    </w:p>
    <w:p w:rsidR="00757515" w:rsidRPr="00324B44" w:rsidRDefault="00107231">
      <w:pPr>
        <w:spacing w:after="40"/>
        <w:rPr>
          <w:lang w:val="fr-CM"/>
        </w:rPr>
      </w:pPr>
      <w:r w:rsidRPr="00324B44">
        <w:rPr>
          <w:lang w:val="fr-CM"/>
        </w:rPr>
        <w:t>U</w:t>
      </w:r>
      <w:r w:rsidRPr="00324B44">
        <w:rPr>
          <w:lang w:val="fr-CM"/>
        </w:rPr>
        <w:t>ne pensée contraire à la vérité ne doit pas être entretenue. Identifiez-la, nommez-la et rejetez-la. Ne lui fournissez ni justification ni nourriture.</w:t>
      </w:r>
    </w:p>
    <w:p w:rsidR="00324B44" w:rsidRPr="00107231" w:rsidRDefault="00107231" w:rsidP="00324B44">
      <w:pPr>
        <w:pStyle w:val="Heading2"/>
        <w:numPr>
          <w:ilvl w:val="1"/>
          <w:numId w:val="10"/>
        </w:numPr>
        <w:rPr>
          <w:color w:val="C00000"/>
          <w:lang w:val="fr-CM"/>
        </w:rPr>
      </w:pPr>
      <w:r w:rsidRPr="00107231">
        <w:rPr>
          <w:color w:val="C00000"/>
          <w:lang w:val="fr-CM"/>
        </w:rPr>
        <w:t>RECEVEZ LA VÉRITÉ</w:t>
      </w:r>
    </w:p>
    <w:p w:rsidR="00757515" w:rsidRDefault="00107231">
      <w:pPr>
        <w:spacing w:after="40"/>
        <w:rPr>
          <w:lang w:val="fr-CM"/>
        </w:rPr>
      </w:pPr>
      <w:r w:rsidRPr="00324B44">
        <w:rPr>
          <w:lang w:val="fr-CM"/>
        </w:rPr>
        <w:t>L</w:t>
      </w:r>
      <w:r w:rsidRPr="00324B44">
        <w:rPr>
          <w:lang w:val="fr-CM"/>
        </w:rPr>
        <w:t xml:space="preserve">e renouvellement ne consiste pas seulement </w:t>
      </w:r>
      <w:r w:rsidRPr="00324B44">
        <w:rPr>
          <w:lang w:val="fr-CM"/>
        </w:rPr>
        <w:t>à cesser de penser au mal. Il faut remplacer le mensonge par une vérité reçue, méditée et appliquée.</w:t>
      </w:r>
    </w:p>
    <w:p w:rsidR="00324B44" w:rsidRPr="00324B44" w:rsidRDefault="00324B44">
      <w:pPr>
        <w:spacing w:after="40"/>
        <w:rPr>
          <w:lang w:val="fr-CM"/>
        </w:rPr>
      </w:pPr>
    </w:p>
    <w:p w:rsidR="00757515" w:rsidRPr="00107231" w:rsidRDefault="00107231">
      <w:pPr>
        <w:spacing w:before="60" w:after="40"/>
        <w:jc w:val="center"/>
        <w:rPr>
          <w:color w:val="C00000"/>
          <w:lang w:val="fr-CM"/>
        </w:rPr>
      </w:pPr>
      <w:r w:rsidRPr="00107231">
        <w:rPr>
          <w:b/>
          <w:color w:val="C00000"/>
          <w:sz w:val="17"/>
          <w:lang w:val="fr-CM"/>
        </w:rPr>
        <w:t>LA VÉRITÉ DOIT DEVENIR LE CRITÈRE DE VOTRE INTELLIGENCE.</w:t>
      </w:r>
    </w:p>
    <w:p w:rsidR="00757515" w:rsidRPr="00324B44" w:rsidRDefault="00757515" w:rsidP="00324B44">
      <w:pPr>
        <w:spacing w:after="0"/>
        <w:rPr>
          <w:lang w:val="fr-CM"/>
        </w:rPr>
      </w:pPr>
    </w:p>
    <w:p w:rsidR="00324B44" w:rsidRPr="00107231" w:rsidRDefault="00107231" w:rsidP="00324B44">
      <w:pPr>
        <w:pStyle w:val="Heading1"/>
        <w:numPr>
          <w:ilvl w:val="0"/>
          <w:numId w:val="10"/>
        </w:numPr>
        <w:rPr>
          <w:color w:val="C00000"/>
          <w:lang w:val="fr-CM"/>
        </w:rPr>
      </w:pPr>
      <w:r w:rsidRPr="00107231">
        <w:rPr>
          <w:color w:val="C00000"/>
          <w:lang w:val="fr-CM"/>
        </w:rPr>
        <w:lastRenderedPageBreak/>
        <w:t>LES FORTERESSES INTÉRIEURES SE CONSTRUISENT PEU À PEU</w:t>
      </w:r>
    </w:p>
    <w:p w:rsidR="00757515" w:rsidRPr="00324B44" w:rsidRDefault="00107231">
      <w:pPr>
        <w:spacing w:after="40"/>
        <w:rPr>
          <w:lang w:val="fr-CM"/>
        </w:rPr>
      </w:pPr>
      <w:r w:rsidRPr="00324B44">
        <w:rPr>
          <w:lang w:val="fr-CM"/>
        </w:rPr>
        <w:t>U</w:t>
      </w:r>
      <w:r w:rsidRPr="00324B44">
        <w:rPr>
          <w:lang w:val="fr-CM"/>
        </w:rPr>
        <w:t>ne pensée répétée peut devenir une c</w:t>
      </w:r>
      <w:r w:rsidRPr="00324B44">
        <w:rPr>
          <w:lang w:val="fr-CM"/>
        </w:rPr>
        <w:t>onviction. Une conviction peut produire une manière habituelle d’interpréter les événements. Cette manière de penser finit par orienter les réactions et les choix.</w:t>
      </w:r>
    </w:p>
    <w:p w:rsidR="00757515" w:rsidRPr="00324B44" w:rsidRDefault="00107231">
      <w:pPr>
        <w:spacing w:after="40"/>
        <w:rPr>
          <w:lang w:val="fr-CM"/>
        </w:rPr>
      </w:pPr>
      <w:r w:rsidRPr="00324B44">
        <w:rPr>
          <w:lang w:val="fr-CM"/>
        </w:rPr>
        <w:t>Ainsi se développent parfois des raisonnements profondément enracinés : « Je ne peux pas cha</w:t>
      </w:r>
      <w:r w:rsidRPr="00324B44">
        <w:rPr>
          <w:lang w:val="fr-CM"/>
        </w:rPr>
        <w:t>nger », « je dois me défendre contre toute correction », « personne n’est digne de confiance », « mon désir justifie mon choix » ou « Dieu m’a abandonné ».</w:t>
      </w:r>
    </w:p>
    <w:p w:rsidR="00757515" w:rsidRPr="00324B44" w:rsidRDefault="00107231">
      <w:pPr>
        <w:pStyle w:val="ScriptureQuote"/>
        <w:jc w:val="center"/>
        <w:rPr>
          <w:lang w:val="fr-CM"/>
        </w:rPr>
      </w:pPr>
      <w:r w:rsidRPr="00324B44">
        <w:rPr>
          <w:b/>
          <w:lang w:val="fr-CM"/>
        </w:rPr>
        <w:t>« Nous renversons les raisonnements et toute hauteur qui s’élève contre la connaissance de Dieu. »</w:t>
      </w:r>
      <w:r w:rsidRPr="00324B44">
        <w:rPr>
          <w:color w:val="675E58"/>
          <w:sz w:val="14"/>
          <w:lang w:val="fr-CM"/>
        </w:rPr>
        <w:br/>
        <w:t>2</w:t>
      </w:r>
      <w:r w:rsidRPr="00324B44">
        <w:rPr>
          <w:color w:val="675E58"/>
          <w:sz w:val="14"/>
          <w:lang w:val="fr-CM"/>
        </w:rPr>
        <w:t xml:space="preserve"> Corinthiens 10 :5</w:t>
      </w:r>
    </w:p>
    <w:p w:rsidR="00757515" w:rsidRPr="00324B44" w:rsidRDefault="00107231">
      <w:pPr>
        <w:spacing w:after="40"/>
        <w:rPr>
          <w:lang w:val="fr-CM"/>
        </w:rPr>
      </w:pPr>
      <w:r w:rsidRPr="00324B44">
        <w:rPr>
          <w:lang w:val="fr-CM"/>
        </w:rPr>
        <w:t>Une forteresse intérieure ne tombe pas par une formule magique. Elle est confrontée par la vérité, la repentance, l’obéissance et la persévérance, avec l’aide du Saint-Esprit.</w:t>
      </w:r>
    </w:p>
    <w:p w:rsidR="00757515" w:rsidRPr="00324B44" w:rsidRDefault="00107231">
      <w:pPr>
        <w:spacing w:after="40"/>
        <w:rPr>
          <w:lang w:val="fr-CM"/>
        </w:rPr>
      </w:pPr>
      <w:r w:rsidRPr="00324B44">
        <w:rPr>
          <w:lang w:val="fr-CM"/>
        </w:rPr>
        <w:t>Certaines pensées anciennes reviendront peut-être. Leur retou</w:t>
      </w:r>
      <w:r w:rsidRPr="00324B44">
        <w:rPr>
          <w:lang w:val="fr-CM"/>
        </w:rPr>
        <w:t>r ne vous oblige pas à les recevoir. Résistez, confessez la vérité et choisissez l’obéissance.</w:t>
      </w:r>
    </w:p>
    <w:p w:rsidR="00757515" w:rsidRPr="00107231" w:rsidRDefault="00107231">
      <w:pPr>
        <w:spacing w:before="60" w:after="40"/>
        <w:jc w:val="center"/>
        <w:rPr>
          <w:color w:val="C00000"/>
          <w:lang w:val="fr-CM"/>
        </w:rPr>
      </w:pPr>
      <w:r w:rsidRPr="00107231">
        <w:rPr>
          <w:b/>
          <w:color w:val="C00000"/>
          <w:sz w:val="17"/>
          <w:lang w:val="fr-CM"/>
        </w:rPr>
        <w:t>NE TRANSFORMEZ PAS UNE PENSÉE MENSONGÈRE EN DEMEURE INTÉRIEURE.</w:t>
      </w:r>
    </w:p>
    <w:p w:rsidR="00757515" w:rsidRPr="00107231" w:rsidRDefault="00757515" w:rsidP="00324B44">
      <w:pPr>
        <w:spacing w:after="0"/>
        <w:jc w:val="center"/>
        <w:rPr>
          <w:color w:val="C00000"/>
          <w:lang w:val="fr-CM"/>
        </w:rPr>
      </w:pPr>
    </w:p>
    <w:p w:rsidR="00324B44" w:rsidRPr="00107231" w:rsidRDefault="00107231" w:rsidP="00324B44">
      <w:pPr>
        <w:pStyle w:val="Heading1"/>
        <w:numPr>
          <w:ilvl w:val="0"/>
          <w:numId w:val="10"/>
        </w:numPr>
        <w:rPr>
          <w:color w:val="C00000"/>
          <w:lang w:val="fr-CM"/>
        </w:rPr>
      </w:pPr>
      <w:r w:rsidRPr="00107231">
        <w:rPr>
          <w:color w:val="C00000"/>
          <w:lang w:val="fr-CM"/>
        </w:rPr>
        <w:t>APPRENEZ UNE NOUVELLE MANIÈRE DE PENSER</w:t>
      </w:r>
    </w:p>
    <w:p w:rsidR="00324B44" w:rsidRPr="00107231" w:rsidRDefault="00107231" w:rsidP="00324B44">
      <w:pPr>
        <w:pStyle w:val="Heading2"/>
        <w:numPr>
          <w:ilvl w:val="1"/>
          <w:numId w:val="10"/>
        </w:numPr>
        <w:rPr>
          <w:color w:val="C00000"/>
          <w:lang w:val="fr-CM"/>
        </w:rPr>
      </w:pPr>
      <w:r w:rsidRPr="00107231">
        <w:rPr>
          <w:color w:val="C00000"/>
          <w:lang w:val="fr-CM"/>
        </w:rPr>
        <w:t>EXPOSEZ VOTRE INTELLIGENCE À LA PAROLE</w:t>
      </w:r>
    </w:p>
    <w:p w:rsidR="00757515" w:rsidRPr="00324B44" w:rsidRDefault="00107231">
      <w:pPr>
        <w:spacing w:after="40"/>
        <w:rPr>
          <w:lang w:val="fr-CM"/>
        </w:rPr>
      </w:pPr>
      <w:r w:rsidRPr="00324B44">
        <w:rPr>
          <w:lang w:val="fr-CM"/>
        </w:rPr>
        <w:t>L</w:t>
      </w:r>
      <w:r w:rsidRPr="00324B44">
        <w:rPr>
          <w:lang w:val="fr-CM"/>
        </w:rPr>
        <w:t xml:space="preserve">isez </w:t>
      </w:r>
      <w:r w:rsidRPr="00324B44">
        <w:rPr>
          <w:lang w:val="fr-CM"/>
        </w:rPr>
        <w:t>pour comprendre, méditez pour approfondir et obéissez pour que la vérité transforme réellement votre conduite.</w:t>
      </w:r>
    </w:p>
    <w:p w:rsidR="00324B44" w:rsidRPr="00107231" w:rsidRDefault="00107231" w:rsidP="00324B44">
      <w:pPr>
        <w:pStyle w:val="Heading2"/>
        <w:numPr>
          <w:ilvl w:val="1"/>
          <w:numId w:val="10"/>
        </w:numPr>
        <w:rPr>
          <w:color w:val="C00000"/>
          <w:lang w:val="fr-CM"/>
        </w:rPr>
      </w:pPr>
      <w:r w:rsidRPr="00107231">
        <w:rPr>
          <w:color w:val="C00000"/>
          <w:lang w:val="fr-CM"/>
        </w:rPr>
        <w:t>SURVEILLEZ CE QUI NOURRIT VOTRE PENSÉE</w:t>
      </w:r>
    </w:p>
    <w:p w:rsidR="00757515" w:rsidRPr="00324B44" w:rsidRDefault="00107231">
      <w:pPr>
        <w:spacing w:after="40"/>
        <w:rPr>
          <w:lang w:val="fr-CM"/>
        </w:rPr>
      </w:pPr>
      <w:r w:rsidRPr="00324B44">
        <w:rPr>
          <w:lang w:val="fr-CM"/>
        </w:rPr>
        <w:t>L</w:t>
      </w:r>
      <w:r w:rsidRPr="00324B44">
        <w:rPr>
          <w:lang w:val="fr-CM"/>
        </w:rPr>
        <w:t>es conversations, les images, les enseignements et les habitudes numériques influencent l’homme inté</w:t>
      </w:r>
      <w:r w:rsidRPr="00324B44">
        <w:rPr>
          <w:lang w:val="fr-CM"/>
        </w:rPr>
        <w:t>rieur. Éloignez-vous de ce qui nourrit continuellement le mensonge, l’impureté ou la peur.</w:t>
      </w:r>
    </w:p>
    <w:p w:rsidR="00324B44" w:rsidRPr="00107231" w:rsidRDefault="00107231" w:rsidP="00324B44">
      <w:pPr>
        <w:pStyle w:val="Heading2"/>
        <w:numPr>
          <w:ilvl w:val="1"/>
          <w:numId w:val="10"/>
        </w:numPr>
        <w:rPr>
          <w:color w:val="C00000"/>
          <w:lang w:val="fr-CM"/>
        </w:rPr>
      </w:pPr>
      <w:r w:rsidRPr="00107231">
        <w:rPr>
          <w:color w:val="C00000"/>
          <w:lang w:val="fr-CM"/>
        </w:rPr>
        <w:t>PRIEZ AVEC VÉRITÉ</w:t>
      </w:r>
    </w:p>
    <w:p w:rsidR="00757515" w:rsidRPr="00324B44" w:rsidRDefault="00107231">
      <w:pPr>
        <w:spacing w:after="40"/>
        <w:rPr>
          <w:lang w:val="fr-CM"/>
        </w:rPr>
      </w:pPr>
      <w:r w:rsidRPr="00324B44">
        <w:rPr>
          <w:lang w:val="fr-CM"/>
        </w:rPr>
        <w:t>P</w:t>
      </w:r>
      <w:r w:rsidRPr="00324B44">
        <w:rPr>
          <w:lang w:val="fr-CM"/>
        </w:rPr>
        <w:t>résentez à Dieu vos pensées réelles. Demandez au Saint-Esprit de vous éclairer et de vous rappeler la Parole.</w:t>
      </w:r>
    </w:p>
    <w:p w:rsidR="00324B44" w:rsidRPr="00107231" w:rsidRDefault="00107231" w:rsidP="00324B44">
      <w:pPr>
        <w:pStyle w:val="Heading2"/>
        <w:numPr>
          <w:ilvl w:val="1"/>
          <w:numId w:val="10"/>
        </w:numPr>
        <w:rPr>
          <w:color w:val="C00000"/>
          <w:lang w:val="fr-CM"/>
        </w:rPr>
      </w:pPr>
      <w:r w:rsidRPr="00107231">
        <w:rPr>
          <w:color w:val="C00000"/>
          <w:lang w:val="fr-CM"/>
        </w:rPr>
        <w:t xml:space="preserve">METTEZ LA VÉRITÉ EN </w:t>
      </w:r>
      <w:r w:rsidRPr="00107231">
        <w:rPr>
          <w:color w:val="C00000"/>
          <w:lang w:val="fr-CM"/>
        </w:rPr>
        <w:t>PRATIQUE</w:t>
      </w:r>
    </w:p>
    <w:p w:rsidR="00757515" w:rsidRDefault="00107231">
      <w:pPr>
        <w:spacing w:after="40"/>
        <w:rPr>
          <w:lang w:val="fr-CM"/>
        </w:rPr>
      </w:pPr>
      <w:r w:rsidRPr="00324B44">
        <w:rPr>
          <w:lang w:val="fr-CM"/>
        </w:rPr>
        <w:t>U</w:t>
      </w:r>
      <w:r w:rsidRPr="00324B44">
        <w:rPr>
          <w:lang w:val="fr-CM"/>
        </w:rPr>
        <w:t>ne pensée renouvelée doit produire une décision nouvelle : pardonner, dire la vérité, refuser une tentation, demander conseil ou réparer un tort.</w:t>
      </w:r>
    </w:p>
    <w:p w:rsidR="00324B44" w:rsidRPr="00324B44" w:rsidRDefault="00324B44">
      <w:pPr>
        <w:spacing w:after="40"/>
        <w:rPr>
          <w:lang w:val="fr-CM"/>
        </w:rPr>
      </w:pPr>
    </w:p>
    <w:p w:rsidR="00757515" w:rsidRPr="00107231" w:rsidRDefault="00107231">
      <w:pPr>
        <w:spacing w:before="60" w:after="40"/>
        <w:jc w:val="center"/>
        <w:rPr>
          <w:color w:val="C00000"/>
          <w:lang w:val="fr-CM"/>
        </w:rPr>
      </w:pPr>
      <w:r w:rsidRPr="00107231">
        <w:rPr>
          <w:b/>
          <w:color w:val="C00000"/>
          <w:sz w:val="17"/>
          <w:lang w:val="fr-CM"/>
        </w:rPr>
        <w:t>LE RENOUVELLEMENT DE L’INTELLIGENCE DEVIENT VISIBLE DANS L’OBÉISSANCE.</w:t>
      </w:r>
    </w:p>
    <w:p w:rsidR="00757515" w:rsidRPr="00107231" w:rsidRDefault="00107231" w:rsidP="00324B44">
      <w:pPr>
        <w:spacing w:after="0"/>
        <w:jc w:val="right"/>
        <w:rPr>
          <w:color w:val="C00000"/>
          <w:lang w:val="fr-CM"/>
        </w:rPr>
      </w:pPr>
      <w:r w:rsidRPr="00107231">
        <w:rPr>
          <w:color w:val="C00000"/>
          <w:sz w:val="14"/>
          <w:lang w:val="fr-CM"/>
        </w:rPr>
        <w:t>5</w:t>
      </w:r>
    </w:p>
    <w:p w:rsidR="00324B44" w:rsidRPr="00324B44" w:rsidRDefault="00107231" w:rsidP="00324B44">
      <w:pPr>
        <w:pStyle w:val="Heading1"/>
        <w:numPr>
          <w:ilvl w:val="0"/>
          <w:numId w:val="10"/>
        </w:numPr>
        <w:rPr>
          <w:color w:val="C00000"/>
          <w:lang w:val="fr-CM"/>
        </w:rPr>
      </w:pPr>
      <w:r w:rsidRPr="00324B44">
        <w:rPr>
          <w:color w:val="C00000"/>
          <w:lang w:val="fr-CM"/>
        </w:rPr>
        <w:lastRenderedPageBreak/>
        <w:t>PROTÉGEZ QUOTIDIENNEME</w:t>
      </w:r>
      <w:r w:rsidRPr="00324B44">
        <w:rPr>
          <w:color w:val="C00000"/>
          <w:lang w:val="fr-CM"/>
        </w:rPr>
        <w:t>NT VOTRE INTELLIGENCE</w:t>
      </w:r>
    </w:p>
    <w:p w:rsidR="00757515" w:rsidRPr="00324B44" w:rsidRDefault="00107231">
      <w:pPr>
        <w:spacing w:after="40"/>
        <w:rPr>
          <w:lang w:val="fr-CM"/>
        </w:rPr>
      </w:pPr>
      <w:r w:rsidRPr="00324B44">
        <w:rPr>
          <w:lang w:val="fr-CM"/>
        </w:rPr>
        <w:t>L</w:t>
      </w:r>
      <w:r w:rsidRPr="00324B44">
        <w:rPr>
          <w:lang w:val="fr-CM"/>
        </w:rPr>
        <w:t>e renouvellement de l’intelligence exige une vigilance quotidienne. Une vérité comprise hier doit encore gouverner les choix d’aujourd’hui.</w:t>
      </w:r>
    </w:p>
    <w:p w:rsidR="00324B44" w:rsidRPr="00324B44" w:rsidRDefault="00107231" w:rsidP="00324B44">
      <w:pPr>
        <w:pStyle w:val="Heading2"/>
        <w:numPr>
          <w:ilvl w:val="1"/>
          <w:numId w:val="10"/>
        </w:numPr>
        <w:rPr>
          <w:color w:val="C00000"/>
          <w:lang w:val="fr-CM"/>
        </w:rPr>
      </w:pPr>
      <w:r w:rsidRPr="00324B44">
        <w:rPr>
          <w:color w:val="C00000"/>
          <w:lang w:val="fr-CM"/>
        </w:rPr>
        <w:t>COMMENCEZ LA JOURNÉE PAR LA VÉRITÉ</w:t>
      </w:r>
    </w:p>
    <w:p w:rsidR="00757515" w:rsidRPr="00324B44" w:rsidRDefault="00107231">
      <w:pPr>
        <w:spacing w:after="40"/>
        <w:rPr>
          <w:lang w:val="fr-CM"/>
        </w:rPr>
      </w:pPr>
      <w:r w:rsidRPr="00324B44">
        <w:rPr>
          <w:lang w:val="fr-CM"/>
        </w:rPr>
        <w:t>A</w:t>
      </w:r>
      <w:r w:rsidRPr="00324B44">
        <w:rPr>
          <w:lang w:val="fr-CM"/>
        </w:rPr>
        <w:t>vant de vous exposer aux nombreuses voix du monde, r</w:t>
      </w:r>
      <w:r w:rsidRPr="00324B44">
        <w:rPr>
          <w:lang w:val="fr-CM"/>
        </w:rPr>
        <w:t>appelez-vous ce que Dieu dit et soumettez-Lui vos pensées.</w:t>
      </w:r>
    </w:p>
    <w:p w:rsidR="00324B44" w:rsidRPr="00324B44" w:rsidRDefault="00107231" w:rsidP="00324B44">
      <w:pPr>
        <w:pStyle w:val="Heading2"/>
        <w:numPr>
          <w:ilvl w:val="1"/>
          <w:numId w:val="10"/>
        </w:numPr>
        <w:rPr>
          <w:color w:val="C00000"/>
          <w:lang w:val="fr-CM"/>
        </w:rPr>
      </w:pPr>
      <w:r w:rsidRPr="00324B44">
        <w:rPr>
          <w:color w:val="C00000"/>
          <w:lang w:val="fr-CM"/>
        </w:rPr>
        <w:t>INTERROMPEZ RAPIDEMENT LE MENSONGE</w:t>
      </w:r>
    </w:p>
    <w:p w:rsidR="00757515" w:rsidRPr="00324B44" w:rsidRDefault="00107231">
      <w:pPr>
        <w:spacing w:after="40"/>
        <w:rPr>
          <w:lang w:val="fr-CM"/>
        </w:rPr>
      </w:pPr>
      <w:r w:rsidRPr="00324B44">
        <w:rPr>
          <w:lang w:val="fr-CM"/>
        </w:rPr>
        <w:t>P</w:t>
      </w:r>
      <w:r w:rsidRPr="00324B44">
        <w:rPr>
          <w:lang w:val="fr-CM"/>
        </w:rPr>
        <w:t>lus une pensée fausse est entretenue, plus elle devient influente. Refusez-la dès que vous la reconnaissez.</w:t>
      </w:r>
    </w:p>
    <w:p w:rsidR="00324B44" w:rsidRPr="00324B44" w:rsidRDefault="00107231" w:rsidP="00324B44">
      <w:pPr>
        <w:pStyle w:val="Heading2"/>
        <w:numPr>
          <w:ilvl w:val="1"/>
          <w:numId w:val="10"/>
        </w:numPr>
        <w:rPr>
          <w:color w:val="C00000"/>
          <w:lang w:val="fr-CM"/>
        </w:rPr>
      </w:pPr>
      <w:r w:rsidRPr="00324B44">
        <w:rPr>
          <w:color w:val="C00000"/>
          <w:lang w:val="fr-CM"/>
        </w:rPr>
        <w:t>CHOISISSEZ CE QUE VOUS MÉDITEZ</w:t>
      </w:r>
    </w:p>
    <w:p w:rsidR="00757515" w:rsidRPr="00324B44" w:rsidRDefault="00107231">
      <w:pPr>
        <w:spacing w:after="40"/>
        <w:rPr>
          <w:lang w:val="fr-CM"/>
        </w:rPr>
      </w:pPr>
      <w:r w:rsidRPr="00324B44">
        <w:rPr>
          <w:lang w:val="fr-CM"/>
        </w:rPr>
        <w:t>N</w:t>
      </w:r>
      <w:r w:rsidRPr="00324B44">
        <w:rPr>
          <w:lang w:val="fr-CM"/>
        </w:rPr>
        <w:t xml:space="preserve">e laissez </w:t>
      </w:r>
      <w:r w:rsidRPr="00324B44">
        <w:rPr>
          <w:lang w:val="fr-CM"/>
        </w:rPr>
        <w:t>pas votre intelligence être continuellement nourrie par la peur, l’impureté, la colère ou les comparaisons.</w:t>
      </w:r>
    </w:p>
    <w:p w:rsidR="00324B44" w:rsidRPr="00324B44" w:rsidRDefault="00107231" w:rsidP="00324B44">
      <w:pPr>
        <w:pStyle w:val="Heading2"/>
        <w:numPr>
          <w:ilvl w:val="1"/>
          <w:numId w:val="10"/>
        </w:numPr>
        <w:rPr>
          <w:color w:val="C00000"/>
          <w:lang w:val="fr-CM"/>
        </w:rPr>
      </w:pPr>
      <w:r w:rsidRPr="00324B44">
        <w:rPr>
          <w:color w:val="C00000"/>
          <w:lang w:val="fr-CM"/>
        </w:rPr>
        <w:t>RENDEZ GRÂCES</w:t>
      </w:r>
    </w:p>
    <w:p w:rsidR="00757515" w:rsidRDefault="00107231">
      <w:pPr>
        <w:spacing w:after="40"/>
        <w:rPr>
          <w:lang w:val="fr-CM"/>
        </w:rPr>
      </w:pPr>
      <w:r w:rsidRPr="00324B44">
        <w:rPr>
          <w:lang w:val="fr-CM"/>
        </w:rPr>
        <w:t>L</w:t>
      </w:r>
      <w:r w:rsidRPr="00324B44">
        <w:rPr>
          <w:lang w:val="fr-CM"/>
        </w:rPr>
        <w:t>a reconnaissance recentre l’attention sur la fidélité de Dieu et combat les murmures ainsi que le découragement.</w:t>
      </w:r>
    </w:p>
    <w:p w:rsidR="00324B44" w:rsidRPr="00324B44" w:rsidRDefault="00324B44">
      <w:pPr>
        <w:spacing w:after="40"/>
        <w:rPr>
          <w:lang w:val="fr-CM"/>
        </w:rPr>
      </w:pPr>
    </w:p>
    <w:p w:rsidR="00324B44" w:rsidRPr="00324B44" w:rsidRDefault="00107231" w:rsidP="00324B44">
      <w:pPr>
        <w:spacing w:before="60" w:after="40"/>
        <w:jc w:val="center"/>
        <w:rPr>
          <w:b/>
          <w:color w:val="C00000"/>
          <w:sz w:val="17"/>
          <w:lang w:val="fr-CM"/>
        </w:rPr>
      </w:pPr>
      <w:r w:rsidRPr="00324B44">
        <w:rPr>
          <w:b/>
          <w:color w:val="C00000"/>
          <w:sz w:val="17"/>
          <w:lang w:val="fr-CM"/>
        </w:rPr>
        <w:t>VOUS NE CONTRÔL</w:t>
      </w:r>
      <w:r w:rsidRPr="00324B44">
        <w:rPr>
          <w:b/>
          <w:color w:val="C00000"/>
          <w:sz w:val="17"/>
          <w:lang w:val="fr-CM"/>
        </w:rPr>
        <w:t>EZ PAS TOUT CE QUI SE PRÉSENTE À VOTRE ESPRIT, MAIS VOUS POUVEZ CHOISIR CE QUE VOUS ENTRETENEZ.</w:t>
      </w:r>
    </w:p>
    <w:p w:rsidR="00324B44" w:rsidRDefault="00324B44" w:rsidP="00324B44">
      <w:pPr>
        <w:spacing w:before="60" w:after="40"/>
        <w:jc w:val="center"/>
        <w:rPr>
          <w:lang w:val="fr-CM"/>
        </w:rPr>
      </w:pPr>
    </w:p>
    <w:p w:rsidR="00324B44" w:rsidRPr="00324B44" w:rsidRDefault="00107231" w:rsidP="00324B44">
      <w:pPr>
        <w:pStyle w:val="ListParagraph"/>
        <w:numPr>
          <w:ilvl w:val="0"/>
          <w:numId w:val="10"/>
        </w:numPr>
        <w:spacing w:before="60" w:after="40"/>
        <w:rPr>
          <w:b/>
          <w:color w:val="C00000"/>
          <w:lang w:val="fr-CM"/>
        </w:rPr>
      </w:pPr>
      <w:r w:rsidRPr="00324B44">
        <w:rPr>
          <w:b/>
          <w:color w:val="C00000"/>
          <w:lang w:val="fr-CM"/>
        </w:rPr>
        <w:t>SOUS LE REGARD DU MAÎTRE</w:t>
      </w:r>
    </w:p>
    <w:p w:rsidR="00107231" w:rsidRPr="00107231" w:rsidRDefault="00107231" w:rsidP="00107231">
      <w:pPr>
        <w:pStyle w:val="Heading2"/>
        <w:numPr>
          <w:ilvl w:val="1"/>
          <w:numId w:val="10"/>
        </w:numPr>
        <w:rPr>
          <w:color w:val="C00000"/>
          <w:lang w:val="fr-CM"/>
        </w:rPr>
      </w:pPr>
      <w:r w:rsidRPr="00324B44">
        <w:rPr>
          <w:color w:val="C00000"/>
          <w:lang w:val="fr-CM"/>
        </w:rPr>
        <w:t>QUESTIONS D’EXAMEN PERSONNEL</w:t>
      </w:r>
    </w:p>
    <w:p w:rsidR="00757515" w:rsidRPr="00324B44" w:rsidRDefault="00107231">
      <w:pPr>
        <w:spacing w:after="14"/>
        <w:rPr>
          <w:lang w:val="fr-CM"/>
        </w:rPr>
      </w:pPr>
      <w:r w:rsidRPr="00324B44">
        <w:rPr>
          <w:sz w:val="15"/>
          <w:lang w:val="fr-CM"/>
        </w:rPr>
        <w:t>1</w:t>
      </w:r>
      <w:r w:rsidRPr="00324B44">
        <w:rPr>
          <w:sz w:val="15"/>
          <w:lang w:val="fr-CM"/>
        </w:rPr>
        <w:t>. Quelle pensée revient souvent dans mes réactions ?</w:t>
      </w:r>
    </w:p>
    <w:p w:rsidR="00757515" w:rsidRPr="00324B44" w:rsidRDefault="00107231">
      <w:pPr>
        <w:spacing w:after="14"/>
        <w:rPr>
          <w:lang w:val="fr-CM"/>
        </w:rPr>
      </w:pPr>
      <w:r w:rsidRPr="00324B44">
        <w:rPr>
          <w:sz w:val="15"/>
          <w:lang w:val="fr-CM"/>
        </w:rPr>
        <w:t>2. Cette pensée est-elle conforme aux Sa</w:t>
      </w:r>
      <w:r w:rsidRPr="00324B44">
        <w:rPr>
          <w:sz w:val="15"/>
          <w:lang w:val="fr-CM"/>
        </w:rPr>
        <w:t>intes Écritures ?</w:t>
      </w:r>
    </w:p>
    <w:p w:rsidR="00757515" w:rsidRPr="00324B44" w:rsidRDefault="00107231">
      <w:pPr>
        <w:spacing w:after="14"/>
        <w:rPr>
          <w:lang w:val="fr-CM"/>
        </w:rPr>
      </w:pPr>
      <w:r w:rsidRPr="00324B44">
        <w:rPr>
          <w:sz w:val="15"/>
          <w:lang w:val="fr-CM"/>
        </w:rPr>
        <w:t>3. Quel mensonge dois-je rejeter ?</w:t>
      </w:r>
    </w:p>
    <w:p w:rsidR="00757515" w:rsidRPr="00324B44" w:rsidRDefault="00107231">
      <w:pPr>
        <w:spacing w:after="14"/>
        <w:rPr>
          <w:lang w:val="fr-CM"/>
        </w:rPr>
      </w:pPr>
      <w:r w:rsidRPr="00324B44">
        <w:rPr>
          <w:sz w:val="15"/>
          <w:lang w:val="fr-CM"/>
        </w:rPr>
        <w:t>4. Quelle vérité dois-je méditer ?</w:t>
      </w:r>
    </w:p>
    <w:p w:rsidR="00757515" w:rsidRPr="00324B44" w:rsidRDefault="00107231">
      <w:pPr>
        <w:spacing w:after="14"/>
        <w:rPr>
          <w:lang w:val="fr-CM"/>
        </w:rPr>
      </w:pPr>
      <w:r w:rsidRPr="00324B44">
        <w:rPr>
          <w:sz w:val="15"/>
          <w:lang w:val="fr-CM"/>
        </w:rPr>
        <w:t>5. Quelle source d’influence dois-je interrompre ?</w:t>
      </w:r>
    </w:p>
    <w:p w:rsidR="00757515" w:rsidRPr="00324B44" w:rsidRDefault="00107231">
      <w:pPr>
        <w:spacing w:after="14"/>
        <w:rPr>
          <w:lang w:val="fr-CM"/>
        </w:rPr>
      </w:pPr>
      <w:r w:rsidRPr="00324B44">
        <w:rPr>
          <w:sz w:val="15"/>
          <w:lang w:val="fr-CM"/>
        </w:rPr>
        <w:t>6. Quel acte d’obéissance accomplirai-je aujourd’hui ?</w:t>
      </w:r>
    </w:p>
    <w:p w:rsidR="00107231" w:rsidRPr="00107231" w:rsidRDefault="00107231" w:rsidP="00107231">
      <w:pPr>
        <w:pStyle w:val="Heading2"/>
        <w:numPr>
          <w:ilvl w:val="1"/>
          <w:numId w:val="10"/>
        </w:numPr>
        <w:rPr>
          <w:color w:val="C00000"/>
          <w:lang w:val="fr-CM"/>
        </w:rPr>
      </w:pPr>
      <w:r w:rsidRPr="00324B44">
        <w:rPr>
          <w:color w:val="C00000"/>
          <w:lang w:val="fr-CM"/>
        </w:rPr>
        <w:t>MA DÉCISION DEVANT DIEU</w:t>
      </w:r>
    </w:p>
    <w:p w:rsidR="00757515" w:rsidRPr="00324B44" w:rsidRDefault="00107231">
      <w:pPr>
        <w:spacing w:after="0"/>
        <w:rPr>
          <w:lang w:val="fr-CM"/>
        </w:rPr>
      </w:pPr>
      <w:r w:rsidRPr="00324B44">
        <w:rPr>
          <w:b/>
          <w:color w:val="691827"/>
          <w:sz w:val="14"/>
          <w:lang w:val="fr-CM"/>
        </w:rPr>
        <w:t>L</w:t>
      </w:r>
      <w:r w:rsidRPr="00324B44">
        <w:rPr>
          <w:b/>
          <w:color w:val="691827"/>
          <w:sz w:val="14"/>
          <w:lang w:val="fr-CM"/>
        </w:rPr>
        <w:t>a pensée que Dieu met en lumière</w:t>
      </w:r>
      <w:r w:rsidRPr="00324B44">
        <w:rPr>
          <w:b/>
          <w:color w:val="691827"/>
          <w:sz w:val="14"/>
          <w:lang w:val="fr-CM"/>
        </w:rPr>
        <w:t xml:space="preserve"> :</w:t>
      </w:r>
    </w:p>
    <w:p w:rsidR="00757515" w:rsidRPr="00324B44" w:rsidRDefault="00107231">
      <w:pPr>
        <w:spacing w:after="14"/>
        <w:rPr>
          <w:lang w:val="fr-CM"/>
        </w:rPr>
      </w:pPr>
      <w:r w:rsidRPr="00324B44">
        <w:rPr>
          <w:color w:val="675E58"/>
          <w:sz w:val="14"/>
          <w:lang w:val="fr-CM"/>
        </w:rPr>
        <w:t>........................................................................................</w:t>
      </w:r>
    </w:p>
    <w:p w:rsidR="00757515" w:rsidRPr="00324B44" w:rsidRDefault="00107231">
      <w:pPr>
        <w:spacing w:after="0"/>
        <w:rPr>
          <w:lang w:val="fr-CM"/>
        </w:rPr>
      </w:pPr>
      <w:r w:rsidRPr="00324B44">
        <w:rPr>
          <w:b/>
          <w:color w:val="691827"/>
          <w:sz w:val="14"/>
          <w:lang w:val="fr-CM"/>
        </w:rPr>
        <w:t>La vérité biblique que je recevrai :</w:t>
      </w:r>
    </w:p>
    <w:p w:rsidR="00757515" w:rsidRPr="00324B44" w:rsidRDefault="00107231">
      <w:pPr>
        <w:spacing w:after="14"/>
        <w:rPr>
          <w:lang w:val="fr-CM"/>
        </w:rPr>
      </w:pPr>
      <w:r w:rsidRPr="00324B44">
        <w:rPr>
          <w:color w:val="675E58"/>
          <w:sz w:val="14"/>
          <w:lang w:val="fr-CM"/>
        </w:rPr>
        <w:t>........................................................................................</w:t>
      </w:r>
    </w:p>
    <w:p w:rsidR="00757515" w:rsidRPr="00324B44" w:rsidRDefault="00107231">
      <w:pPr>
        <w:spacing w:after="0"/>
        <w:rPr>
          <w:lang w:val="fr-CM"/>
        </w:rPr>
      </w:pPr>
      <w:r w:rsidRPr="00324B44">
        <w:rPr>
          <w:b/>
          <w:color w:val="691827"/>
          <w:sz w:val="14"/>
          <w:lang w:val="fr-CM"/>
        </w:rPr>
        <w:t>La décision concrète que je prends :</w:t>
      </w:r>
    </w:p>
    <w:p w:rsidR="00757515" w:rsidRPr="00324B44" w:rsidRDefault="00107231">
      <w:pPr>
        <w:spacing w:after="14"/>
        <w:rPr>
          <w:lang w:val="fr-CM"/>
        </w:rPr>
      </w:pPr>
      <w:r w:rsidRPr="00324B44">
        <w:rPr>
          <w:color w:val="675E58"/>
          <w:sz w:val="14"/>
          <w:lang w:val="fr-CM"/>
        </w:rPr>
        <w:t>.</w:t>
      </w:r>
      <w:r w:rsidRPr="00324B44">
        <w:rPr>
          <w:color w:val="675E58"/>
          <w:sz w:val="14"/>
          <w:lang w:val="fr-CM"/>
        </w:rPr>
        <w:t>.......................................................................................</w:t>
      </w:r>
    </w:p>
    <w:p w:rsidR="00757515" w:rsidRPr="00324B44" w:rsidRDefault="00107231">
      <w:pPr>
        <w:pStyle w:val="Heading2"/>
        <w:rPr>
          <w:lang w:val="fr-CM"/>
        </w:rPr>
      </w:pPr>
      <w:r w:rsidRPr="00324B44">
        <w:rPr>
          <w:lang w:val="fr-CM"/>
        </w:rPr>
        <w:t>6.3. PRIÈRE DE CONSÉCRATION</w:t>
      </w:r>
    </w:p>
    <w:p w:rsidR="00757515" w:rsidRPr="00324B44" w:rsidRDefault="00107231">
      <w:pPr>
        <w:spacing w:after="0"/>
        <w:rPr>
          <w:lang w:val="fr-CM"/>
        </w:rPr>
      </w:pPr>
      <w:r w:rsidRPr="00324B44">
        <w:rPr>
          <w:i/>
          <w:sz w:val="14"/>
          <w:lang w:val="fr-CM"/>
        </w:rPr>
        <w:t>Père céleste, éclaire mon intelligence. Montre-moi les mensonges que j’ai accueillis et les raisonnements qui résistent à Ta vérité. Saint-E</w:t>
      </w:r>
      <w:r w:rsidRPr="00324B44">
        <w:rPr>
          <w:i/>
          <w:sz w:val="14"/>
          <w:lang w:val="fr-CM"/>
        </w:rPr>
        <w:t xml:space="preserve">sprit, rappelle-moi les Saintes Écritures et donne-moi la force de rejeter le mal, de recevoir la </w:t>
      </w:r>
      <w:r w:rsidRPr="00324B44">
        <w:rPr>
          <w:i/>
          <w:sz w:val="14"/>
          <w:lang w:val="fr-CM"/>
        </w:rPr>
        <w:lastRenderedPageBreak/>
        <w:t>vérité et de la mettre en pratique. Que mes pensées, mes choix et ma conduite honorent le Seigneur Jésus Christ. En Son nom. Amen.</w:t>
      </w:r>
    </w:p>
    <w:p w:rsidR="00757515" w:rsidRPr="00324B44" w:rsidRDefault="00107231">
      <w:pPr>
        <w:spacing w:after="0"/>
        <w:jc w:val="right"/>
        <w:rPr>
          <w:lang w:val="fr-CM"/>
        </w:rPr>
      </w:pPr>
      <w:r w:rsidRPr="00324B44">
        <w:rPr>
          <w:color w:val="675E58"/>
          <w:sz w:val="14"/>
          <w:lang w:val="fr-CM"/>
        </w:rPr>
        <w:t>7</w:t>
      </w:r>
    </w:p>
    <w:p w:rsidR="00324B44" w:rsidRDefault="00324B44" w:rsidP="00324B44">
      <w:pPr>
        <w:rPr>
          <w:lang w:val="fr-CM"/>
        </w:rPr>
      </w:pPr>
    </w:p>
    <w:p w:rsidR="00757515" w:rsidRPr="00324B44" w:rsidRDefault="00107231" w:rsidP="00324B44">
      <w:pPr>
        <w:rPr>
          <w:color w:val="C00000"/>
          <w:lang w:val="fr-CM"/>
        </w:rPr>
      </w:pPr>
      <w:r w:rsidRPr="00324B44">
        <w:rPr>
          <w:b/>
          <w:color w:val="C00000"/>
          <w:sz w:val="28"/>
          <w:lang w:val="fr-CM"/>
        </w:rPr>
        <w:t>LAISSEZ LA VÉRITÉ RENOU</w:t>
      </w:r>
      <w:r w:rsidRPr="00324B44">
        <w:rPr>
          <w:b/>
          <w:color w:val="C00000"/>
          <w:sz w:val="28"/>
          <w:lang w:val="fr-CM"/>
        </w:rPr>
        <w:t>VELER VOTRE INTELLIGENCE</w:t>
      </w:r>
    </w:p>
    <w:p w:rsidR="00757515" w:rsidRPr="00324B44" w:rsidRDefault="00757515">
      <w:pPr>
        <w:pBdr>
          <w:bottom w:val="single" w:sz="64" w:space="1" w:color="B1872F"/>
        </w:pBdr>
        <w:spacing w:after="60"/>
        <w:rPr>
          <w:lang w:val="fr-CM"/>
        </w:rPr>
      </w:pPr>
    </w:p>
    <w:p w:rsidR="00757515" w:rsidRPr="00324B44" w:rsidRDefault="00107231">
      <w:pPr>
        <w:spacing w:after="60"/>
        <w:jc w:val="center"/>
        <w:rPr>
          <w:lang w:val="fr-CM"/>
        </w:rPr>
      </w:pPr>
      <w:r w:rsidRPr="00324B44">
        <w:rPr>
          <w:sz w:val="17"/>
          <w:lang w:val="fr-CM"/>
        </w:rPr>
        <w:t>Vous n’êtes pas obligé d’obéir à chaque pensée qui traverse votre esprit. Examinez-la, confrontez-la à la Parole de Dieu et refusez ce qui nourrit le péché, la peur ou le mensonge.</w:t>
      </w:r>
    </w:p>
    <w:p w:rsidR="00757515" w:rsidRPr="00324B44" w:rsidRDefault="00107231">
      <w:pPr>
        <w:spacing w:after="60"/>
        <w:jc w:val="center"/>
        <w:rPr>
          <w:lang w:val="fr-CM"/>
        </w:rPr>
      </w:pPr>
      <w:r w:rsidRPr="00324B44">
        <w:rPr>
          <w:sz w:val="17"/>
          <w:lang w:val="fr-CM"/>
        </w:rPr>
        <w:t>Le Saint-Esprit vous éclaire et vous fortifie, ma</w:t>
      </w:r>
      <w:r w:rsidRPr="00324B44">
        <w:rPr>
          <w:sz w:val="17"/>
          <w:lang w:val="fr-CM"/>
        </w:rPr>
        <w:t>is vous devez choisir ce que vous accueillez, entretenez et mettez en pratique.</w:t>
      </w:r>
    </w:p>
    <w:p w:rsidR="00757515" w:rsidRPr="00324B44" w:rsidRDefault="00107231">
      <w:pPr>
        <w:pStyle w:val="ScriptureQuote"/>
        <w:jc w:val="center"/>
        <w:rPr>
          <w:lang w:val="fr-CM"/>
        </w:rPr>
      </w:pPr>
      <w:r w:rsidRPr="00324B44">
        <w:rPr>
          <w:b/>
          <w:lang w:val="fr-CM"/>
        </w:rPr>
        <w:t>« Au reste, frères, que tout ce qui est vrai… soit l’objet de vos pensées. »</w:t>
      </w:r>
      <w:r w:rsidRPr="00324B44">
        <w:rPr>
          <w:color w:val="675E58"/>
          <w:sz w:val="14"/>
          <w:lang w:val="fr-CM"/>
        </w:rPr>
        <w:br/>
        <w:t>Philippiens 4 :8</w:t>
      </w:r>
    </w:p>
    <w:p w:rsidR="00757515" w:rsidRPr="00324B44" w:rsidRDefault="00107231">
      <w:pPr>
        <w:spacing w:before="40" w:after="20"/>
        <w:jc w:val="center"/>
        <w:rPr>
          <w:color w:val="C00000"/>
          <w:lang w:val="fr-CM"/>
        </w:rPr>
      </w:pPr>
      <w:r w:rsidRPr="00324B44">
        <w:rPr>
          <w:b/>
          <w:color w:val="C00000"/>
          <w:sz w:val="14"/>
          <w:lang w:val="fr-CM"/>
        </w:rPr>
        <w:t>TIRÉ DE L’OUVRAGE</w:t>
      </w:r>
    </w:p>
    <w:p w:rsidR="00757515" w:rsidRPr="00324B44" w:rsidRDefault="00107231">
      <w:pPr>
        <w:spacing w:after="20"/>
        <w:jc w:val="center"/>
        <w:rPr>
          <w:color w:val="C00000"/>
          <w:lang w:val="fr-CM"/>
        </w:rPr>
      </w:pPr>
      <w:r w:rsidRPr="00324B44">
        <w:rPr>
          <w:b/>
          <w:color w:val="C00000"/>
          <w:sz w:val="19"/>
          <w:lang w:val="fr-CM"/>
        </w:rPr>
        <w:t>LA CONVERSION DU CŒUR — TOME II</w:t>
      </w:r>
    </w:p>
    <w:p w:rsidR="00757515" w:rsidRPr="00324B44" w:rsidRDefault="00107231">
      <w:pPr>
        <w:spacing w:after="20"/>
        <w:jc w:val="center"/>
        <w:rPr>
          <w:lang w:val="fr-CM"/>
        </w:rPr>
      </w:pPr>
      <w:r w:rsidRPr="00324B44">
        <w:rPr>
          <w:i/>
          <w:sz w:val="17"/>
          <w:lang w:val="fr-CM"/>
        </w:rPr>
        <w:t xml:space="preserve">La transformation intérieure du </w:t>
      </w:r>
      <w:r w:rsidRPr="00324B44">
        <w:rPr>
          <w:i/>
          <w:sz w:val="17"/>
          <w:lang w:val="fr-CM"/>
        </w:rPr>
        <w:t>disciple</w:t>
      </w:r>
    </w:p>
    <w:p w:rsidR="00757515" w:rsidRPr="00324B44" w:rsidRDefault="00107231">
      <w:pPr>
        <w:spacing w:after="20"/>
        <w:jc w:val="center"/>
        <w:rPr>
          <w:lang w:val="fr-CM"/>
        </w:rPr>
      </w:pPr>
      <w:r w:rsidRPr="00324B44">
        <w:rPr>
          <w:i/>
          <w:color w:val="675E58"/>
          <w:sz w:val="14"/>
          <w:lang w:val="fr-CM"/>
        </w:rPr>
        <w:t>Grandir dans la sanctification, la maturité et l’obéissance</w:t>
      </w:r>
      <w:r w:rsidRPr="00324B44">
        <w:rPr>
          <w:i/>
          <w:color w:val="675E58"/>
          <w:sz w:val="14"/>
          <w:lang w:val="fr-CM"/>
        </w:rPr>
        <w:br/>
        <w:t>au Seigneur Jésus Christ</w:t>
      </w:r>
    </w:p>
    <w:p w:rsidR="00757515" w:rsidRPr="00324B44" w:rsidRDefault="00107231">
      <w:pPr>
        <w:spacing w:after="20"/>
        <w:jc w:val="center"/>
        <w:rPr>
          <w:lang w:val="fr-CM"/>
        </w:rPr>
      </w:pPr>
      <w:r w:rsidRPr="00324B44">
        <w:rPr>
          <w:b/>
          <w:color w:val="691827"/>
          <w:sz w:val="15"/>
          <w:lang w:val="fr-CM"/>
        </w:rPr>
        <w:t>Auteur : Dr SA’A</w:t>
      </w:r>
    </w:p>
    <w:p w:rsidR="00757515" w:rsidRPr="00324B44" w:rsidRDefault="00757515">
      <w:pPr>
        <w:pBdr>
          <w:bottom w:val="single" w:sz="64" w:space="1" w:color="B1872F"/>
        </w:pBdr>
        <w:spacing w:after="60"/>
        <w:rPr>
          <w:lang w:val="fr-CM"/>
        </w:rPr>
      </w:pPr>
    </w:p>
    <w:p w:rsidR="00757515" w:rsidRPr="00324B44" w:rsidRDefault="00107231">
      <w:pPr>
        <w:spacing w:after="0"/>
        <w:jc w:val="center"/>
        <w:rPr>
          <w:color w:val="C00000"/>
          <w:lang w:val="fr-CM"/>
        </w:rPr>
      </w:pPr>
      <w:r w:rsidRPr="00324B44">
        <w:rPr>
          <w:b/>
          <w:color w:val="C00000"/>
          <w:sz w:val="20"/>
          <w:lang w:val="fr-CM"/>
        </w:rPr>
        <w:t>MIC-RENA</w:t>
      </w:r>
    </w:p>
    <w:p w:rsidR="00757515" w:rsidRPr="00324B44" w:rsidRDefault="00107231">
      <w:pPr>
        <w:spacing w:after="20"/>
        <w:jc w:val="center"/>
        <w:rPr>
          <w:lang w:val="fr-CM"/>
        </w:rPr>
      </w:pPr>
      <w:r w:rsidRPr="00324B44">
        <w:rPr>
          <w:sz w:val="14"/>
          <w:lang w:val="fr-CM"/>
        </w:rPr>
        <w:t>Ministère Chrétien International pour le Réveil des Nations</w:t>
      </w:r>
    </w:p>
    <w:p w:rsidR="00757515" w:rsidRPr="00324B44" w:rsidRDefault="00107231">
      <w:pPr>
        <w:spacing w:after="40"/>
        <w:jc w:val="center"/>
        <w:rPr>
          <w:color w:val="C00000"/>
          <w:lang w:val="fr-CM"/>
        </w:rPr>
      </w:pPr>
      <w:r w:rsidRPr="00324B44">
        <w:rPr>
          <w:i/>
          <w:color w:val="C00000"/>
          <w:sz w:val="14"/>
          <w:lang w:val="fr-CM"/>
        </w:rPr>
        <w:t>Former des disciples. Transformer les cœurs.</w:t>
      </w:r>
      <w:r w:rsidRPr="00324B44">
        <w:rPr>
          <w:i/>
          <w:color w:val="C00000"/>
          <w:sz w:val="14"/>
          <w:lang w:val="fr-CM"/>
        </w:rPr>
        <w:br/>
        <w:t xml:space="preserve">Préparer les nations pour le </w:t>
      </w:r>
      <w:r w:rsidRPr="00324B44">
        <w:rPr>
          <w:i/>
          <w:color w:val="C00000"/>
          <w:sz w:val="14"/>
          <w:lang w:val="fr-CM"/>
        </w:rPr>
        <w:t>Seigneur Jésus Christ.</w:t>
      </w:r>
    </w:p>
    <w:p w:rsidR="00757515" w:rsidRPr="00324B44" w:rsidRDefault="00107231">
      <w:pPr>
        <w:spacing w:after="40"/>
        <w:rPr>
          <w:lang w:val="fr-CM"/>
        </w:rPr>
      </w:pPr>
      <w:r w:rsidRPr="00324B44">
        <w:rPr>
          <w:color w:val="675E58"/>
          <w:sz w:val="14"/>
          <w:lang w:val="fr-CM"/>
        </w:rPr>
        <w:t>Coordonnées : ........................................................................</w:t>
      </w:r>
      <w:r w:rsidRPr="00324B44">
        <w:rPr>
          <w:color w:val="675E58"/>
          <w:sz w:val="14"/>
          <w:lang w:val="fr-CM"/>
        </w:rPr>
        <w:br/>
        <w:t>Téléphone : ............................................................................</w:t>
      </w:r>
      <w:r w:rsidRPr="00324B44">
        <w:rPr>
          <w:color w:val="675E58"/>
          <w:sz w:val="14"/>
          <w:lang w:val="fr-CM"/>
        </w:rPr>
        <w:br/>
        <w:t>Courriel / site : .......................................</w:t>
      </w:r>
      <w:r w:rsidRPr="00324B44">
        <w:rPr>
          <w:color w:val="675E58"/>
          <w:sz w:val="14"/>
          <w:lang w:val="fr-CM"/>
        </w:rPr>
        <w:t>..............................</w:t>
      </w:r>
    </w:p>
    <w:p w:rsidR="00757515" w:rsidRPr="00324B44" w:rsidRDefault="00107231">
      <w:pPr>
        <w:spacing w:after="0"/>
        <w:jc w:val="center"/>
        <w:rPr>
          <w:lang w:val="fr-CM"/>
        </w:rPr>
      </w:pPr>
      <w:r w:rsidRPr="00324B44">
        <w:rPr>
          <w:i/>
          <w:color w:val="675E58"/>
          <w:sz w:val="12"/>
          <w:lang w:val="fr-CM"/>
        </w:rPr>
        <w:t>Diffusion évangélique — Ne peut être vendu sans l’autorisation de l’éditeur.</w:t>
      </w:r>
    </w:p>
    <w:sectPr w:rsidR="00757515" w:rsidRPr="00324B44" w:rsidSect="00034616">
      <w:pgSz w:w="5953" w:h="8391"/>
      <w:pgMar w:top="295" w:right="369" w:bottom="198" w:left="36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7C00C6"/>
    <w:multiLevelType w:val="multilevel"/>
    <w:tmpl w:val="2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920106"/>
    <w:multiLevelType w:val="multilevel"/>
    <w:tmpl w:val="48FA15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7231"/>
    <w:rsid w:val="0015074B"/>
    <w:rsid w:val="0029639D"/>
    <w:rsid w:val="00324B44"/>
    <w:rsid w:val="00326F90"/>
    <w:rsid w:val="0075751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7784CD"/>
  <w14:defaultImageDpi w14:val="300"/>
  <w15:docId w15:val="{1EDA7E75-5607-4875-BCBB-038D5E3E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36" w:line="233" w:lineRule="auto"/>
    </w:pPr>
    <w:rPr>
      <w:rFonts w:ascii="Garamond" w:hAnsi="Garamond"/>
      <w:color w:val="272220"/>
      <w:sz w:val="16"/>
    </w:rPr>
  </w:style>
  <w:style w:type="paragraph" w:styleId="Heading1">
    <w:name w:val="heading 1"/>
    <w:basedOn w:val="Normal"/>
    <w:next w:val="Normal"/>
    <w:link w:val="Heading1Char"/>
    <w:uiPriority w:val="9"/>
    <w:qFormat/>
    <w:rsid w:val="00FC693F"/>
    <w:pPr>
      <w:keepNext/>
      <w:keepLines/>
      <w:spacing w:after="60"/>
      <w:outlineLvl w:val="0"/>
    </w:pPr>
    <w:rPr>
      <w:rFonts w:asciiTheme="majorHAnsi" w:eastAsiaTheme="majorEastAsia" w:hAnsiTheme="majorHAnsi" w:cstheme="majorBidi"/>
      <w:b/>
      <w:bCs/>
      <w:color w:val="691827"/>
      <w:sz w:val="23"/>
      <w:szCs w:val="28"/>
    </w:rPr>
  </w:style>
  <w:style w:type="paragraph" w:styleId="Heading2">
    <w:name w:val="heading 2"/>
    <w:basedOn w:val="Normal"/>
    <w:next w:val="Normal"/>
    <w:link w:val="Heading2Char"/>
    <w:uiPriority w:val="9"/>
    <w:unhideWhenUsed/>
    <w:qFormat/>
    <w:rsid w:val="00FC693F"/>
    <w:pPr>
      <w:keepNext/>
      <w:keepLines/>
      <w:spacing w:before="44" w:after="26"/>
      <w:outlineLvl w:val="1"/>
    </w:pPr>
    <w:rPr>
      <w:rFonts w:asciiTheme="majorHAnsi" w:eastAsiaTheme="majorEastAsia" w:hAnsiTheme="majorHAnsi" w:cstheme="majorBidi"/>
      <w:b/>
      <w:bCs/>
      <w:color w:val="691827"/>
      <w:sz w:val="1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criptureQuote">
    <w:name w:val="Scripture Quote"/>
    <w:basedOn w:val="Normal"/>
    <w:pPr>
      <w:spacing w:before="40" w:after="40"/>
    </w:pPr>
    <w:rPr>
      <w:i/>
      <w:color w:val="6918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5B8DF-E5F1-4E34-B3CF-A940A21D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1115</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VOS PENSÉES DIRIGENT-ELLES VOTRE VIE ?</vt:lpstr>
    </vt:vector>
  </TitlesOfParts>
  <Manager/>
  <Company/>
  <LinksUpToDate>false</LinksUpToDate>
  <CharactersWithSpaces>7236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VOS PENSÉES DIRIGENT-ELLES VOTRE VIE ?</dc:title>
  <dc:subject>Traité évangélique MIC-RENA — Tome II — Série I — Traité n° 04</dc:subject>
  <dc:creator>Dr SA’A — MIC-RENA ÉDITION</dc:creator>
  <cp:keywords/>
  <dc:description>generated by python-docx</dc:description>
  <cp:lastModifiedBy>Utilisateur Windows</cp:lastModifiedBy>
  <cp:revision>2</cp:revision>
  <dcterms:created xsi:type="dcterms:W3CDTF">2013-12-23T23:15:00Z</dcterms:created>
  <dcterms:modified xsi:type="dcterms:W3CDTF">2026-08-27T22:29:00Z</dcterms:modified>
  <cp:category/>
</cp:coreProperties>
</file>